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ED720" w14:textId="0C2B363D" w:rsidR="003B1543" w:rsidRDefault="00000000">
      <w:pPr>
        <w:spacing w:after="80"/>
        <w:jc w:val="center"/>
      </w:pPr>
      <w:r>
        <w:rPr>
          <w:b/>
          <w:color w:val="1F4E78"/>
          <w:sz w:val="40"/>
        </w:rPr>
        <w:t>REKLAMAČNÍ FORMULÁŘ</w:t>
      </w:r>
    </w:p>
    <w:p w14:paraId="59DFB719" w14:textId="77777777" w:rsidR="003B1543" w:rsidRDefault="00000000">
      <w:pPr>
        <w:spacing w:after="360"/>
        <w:jc w:val="center"/>
      </w:pPr>
      <w:r>
        <w:rPr>
          <w:i/>
        </w:rPr>
        <w:t>pro e-shop ZE-RO elektro (ZE-RO LTD s.r.o.)</w:t>
      </w:r>
    </w:p>
    <w:p w14:paraId="76801711" w14:textId="77777777" w:rsidR="003B1543" w:rsidRDefault="00000000">
      <w:pPr>
        <w:spacing w:before="240" w:after="80"/>
      </w:pPr>
      <w:r>
        <w:rPr>
          <w:b/>
        </w:rPr>
        <w:t>1. Prodávající (kam zaslat reklamované zboží):</w:t>
      </w:r>
    </w:p>
    <w:p w14:paraId="2B01D0FA" w14:textId="77777777" w:rsidR="003B1543" w:rsidRDefault="00000000">
      <w:pPr>
        <w:spacing w:after="280"/>
      </w:pPr>
      <w:r>
        <w:t>Název společnosti: ZE-RO LTD s.r.o.</w:t>
      </w:r>
      <w:r>
        <w:br/>
        <w:t>Provozovna/E-shop: ZE-RO elektro</w:t>
      </w:r>
      <w:r>
        <w:br/>
        <w:t>Adresa: Doberská 218, 273 62 Družec, Česká republika</w:t>
      </w:r>
      <w:r>
        <w:br/>
        <w:t>IČO: 24381519 | DIČ: CZ24381519</w:t>
      </w:r>
      <w:r>
        <w:br/>
        <w:t>E-mail: obchod@zero-elektro.com | Telefon: +420 608 327 726</w:t>
      </w:r>
    </w:p>
    <w:p w14:paraId="7FBACC93" w14:textId="77777777" w:rsidR="003B1543" w:rsidRDefault="00000000">
      <w:pPr>
        <w:spacing w:before="200" w:after="80"/>
      </w:pPr>
      <w:r>
        <w:rPr>
          <w:b/>
        </w:rPr>
        <w:t>2. Kupující (Zákazník):</w:t>
      </w:r>
    </w:p>
    <w:p w14:paraId="3C4727BA" w14:textId="77777777" w:rsidR="003B1543" w:rsidRDefault="00000000">
      <w:pPr>
        <w:spacing w:after="280"/>
      </w:pPr>
      <w:r>
        <w:t>Jméno a příjmení: ___________________________________________________</w:t>
      </w:r>
      <w:r>
        <w:br/>
        <w:t>Adresa trvalého bydliště / doručení: _____________________________________</w:t>
      </w:r>
      <w:r>
        <w:br/>
        <w:t>Telefonní číslo: ____________________  E-mail: _______________________</w:t>
      </w:r>
    </w:p>
    <w:p w14:paraId="10CBDC05" w14:textId="77777777" w:rsidR="003B1543" w:rsidRDefault="00000000">
      <w:pPr>
        <w:spacing w:before="200" w:after="80"/>
      </w:pPr>
      <w:r>
        <w:rPr>
          <w:b/>
        </w:rPr>
        <w:t>3. Informace o objednávce a zboží:</w:t>
      </w:r>
    </w:p>
    <w:p w14:paraId="77C4704C" w14:textId="77777777" w:rsidR="003B1543" w:rsidRDefault="00000000">
      <w:pPr>
        <w:spacing w:after="280"/>
      </w:pPr>
      <w:r>
        <w:t>Číslo objednávky nebo dokladu o koupi (faktury): _________________________</w:t>
      </w:r>
      <w:r>
        <w:br/>
        <w:t>Název / označení reklamovaného zboží: _________________________________</w:t>
      </w:r>
      <w:r>
        <w:br/>
        <w:t>Datum převzetí zboží: ________________</w:t>
      </w:r>
    </w:p>
    <w:p w14:paraId="46151490" w14:textId="77777777" w:rsidR="003B1543" w:rsidRDefault="00000000">
      <w:pPr>
        <w:spacing w:before="200" w:after="80"/>
      </w:pPr>
      <w:r>
        <w:rPr>
          <w:b/>
        </w:rPr>
        <w:t>4. Popis reklamované vady:</w:t>
      </w:r>
    </w:p>
    <w:p w14:paraId="31C2A304" w14:textId="77777777" w:rsidR="003B1543" w:rsidRDefault="00000000">
      <w:pPr>
        <w:spacing w:after="80"/>
      </w:pPr>
      <w:r>
        <w:rPr>
          <w:i/>
        </w:rPr>
        <w:t>Prosím popište co nejpřesněji, v čem vada spočívá (případně uveďte, zda přikládáte fotografie):</w:t>
      </w:r>
    </w:p>
    <w:p w14:paraId="12F4ADF7" w14:textId="77777777" w:rsidR="003B1543" w:rsidRDefault="00000000">
      <w:pPr>
        <w:spacing w:after="280"/>
      </w:pPr>
      <w:r>
        <w:t>____________________________________________________________________</w:t>
      </w:r>
      <w:r>
        <w:br/>
        <w:t>____________________________________________________________________</w:t>
      </w:r>
      <w:r>
        <w:br/>
        <w:t>____________________________________________________________________</w:t>
      </w:r>
    </w:p>
    <w:p w14:paraId="5B6B8100" w14:textId="35FECBDD" w:rsidR="003B1543" w:rsidRDefault="00000000">
      <w:pPr>
        <w:spacing w:after="360"/>
      </w:pPr>
      <w:r>
        <w:br/>
        <w:t>Pro případné vrácení peněz uveďte číslo bankovního účtu: _______________________</w:t>
      </w:r>
    </w:p>
    <w:p w14:paraId="4640BC15" w14:textId="77777777" w:rsidR="003B1543" w:rsidRDefault="00000000">
      <w:pPr>
        <w:spacing w:after="480"/>
      </w:pPr>
      <w:r>
        <w:rPr>
          <w:i/>
        </w:rPr>
        <w:t>Upozornění pro spotřebitele: O průběhu reklamace a způsobu jejího vyřízení budete informováni e-mailem na výše uvedenou adresu. Reklamované zboží zašlete nebo předejte na adresu prodávajícího. Originální obal není podmínkou pro uplatnění reklamace.</w:t>
      </w:r>
    </w:p>
    <w:p w14:paraId="3C7C5EBA" w14:textId="77777777" w:rsidR="003B1543" w:rsidRDefault="00000000">
      <w:pPr>
        <w:spacing w:before="400"/>
      </w:pPr>
      <w:r>
        <w:t>V ______________________ dne ______________       Podpis kupujícího: ______________________</w:t>
      </w:r>
    </w:p>
    <w:sectPr w:rsidR="003B1543" w:rsidSect="00034616">
      <w:pgSz w:w="12240" w:h="15840"/>
      <w:pgMar w:top="1123" w:right="1123" w:bottom="1123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16139">
    <w:abstractNumId w:val="8"/>
  </w:num>
  <w:num w:numId="2" w16cid:durableId="678387018">
    <w:abstractNumId w:val="6"/>
  </w:num>
  <w:num w:numId="3" w16cid:durableId="1732074613">
    <w:abstractNumId w:val="5"/>
  </w:num>
  <w:num w:numId="4" w16cid:durableId="487867082">
    <w:abstractNumId w:val="4"/>
  </w:num>
  <w:num w:numId="5" w16cid:durableId="549878715">
    <w:abstractNumId w:val="7"/>
  </w:num>
  <w:num w:numId="6" w16cid:durableId="1694308301">
    <w:abstractNumId w:val="3"/>
  </w:num>
  <w:num w:numId="7" w16cid:durableId="20787295">
    <w:abstractNumId w:val="2"/>
  </w:num>
  <w:num w:numId="8" w16cid:durableId="468745501">
    <w:abstractNumId w:val="1"/>
  </w:num>
  <w:num w:numId="9" w16cid:durableId="1826050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1543"/>
    <w:rsid w:val="007F2444"/>
    <w:rsid w:val="00A83D90"/>
    <w:rsid w:val="00AA1D8D"/>
    <w:rsid w:val="00B47730"/>
    <w:rsid w:val="00BD5AE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BB388C"/>
  <w14:defaultImageDpi w14:val="300"/>
  <w15:docId w15:val="{85833004-04DE-42A8-9FA8-73D9D90E1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Calibri" w:hAnsi="Calibri"/>
      <w:color w:val="333333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Denisa Janoušková</cp:lastModifiedBy>
  <cp:revision>3</cp:revision>
  <dcterms:created xsi:type="dcterms:W3CDTF">2013-12-23T23:15:00Z</dcterms:created>
  <dcterms:modified xsi:type="dcterms:W3CDTF">2026-10-11T08:30:00Z</dcterms:modified>
  <cp:category/>
</cp:coreProperties>
</file>