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FORMULÁŘ PRO ODSTOUPENÍ OD SMLOUVY</w:t>
      </w:r>
    </w:p>
    <w:p>
      <w:pPr>
        <w:jc w:val="center"/>
      </w:pPr>
      <w:r>
        <w:rPr>
          <w:b/>
        </w:rPr>
        <w:t>ZE-RO LTD s.r.o. | ZE-RO elektro</w:t>
      </w:r>
    </w:p>
    <w:p>
      <w:r>
        <w:t>Adresa: Doberská 218, 273 62 Druzec, Česká republika</w:t>
      </w:r>
    </w:p>
    <w:p>
      <w:r>
        <w:t>IČO: 24381519 | DIČ: CZ24381519</w:t>
      </w:r>
    </w:p>
    <w:p>
      <w:r>
        <w:t>E-mail: obchod@zero-elektro.com | Telefon: +420 608 327 726</w:t>
      </w:r>
    </w:p>
    <w:p/>
    <w:p>
      <w:r>
        <w:rPr>
          <w:b/>
          <w:sz w:val="24"/>
        </w:rPr>
        <w:t>Oznámení o odstoupení od smlouvy</w:t>
      </w:r>
    </w:p>
    <w:p>
      <w:r>
        <w:t>Číslo objednávky: ______________________________________________</w:t>
      </w:r>
    </w:p>
    <w:p>
      <w:r>
        <w:t>Datum objednávky: ______________________________________________</w:t>
      </w:r>
    </w:p>
    <w:p>
      <w:r>
        <w:t>Datum převzetí zboží: ______________________________________________</w:t>
      </w:r>
    </w:p>
    <w:p>
      <w:r>
        <w:t>Název / označení zboží: ______________________________________________</w:t>
      </w:r>
    </w:p>
    <w:p>
      <w:r>
        <w:t>Množství: ______________________________________________</w:t>
      </w:r>
    </w:p>
    <w:p/>
    <w:p>
      <w:r>
        <w:rPr>
          <w:b/>
          <w:sz w:val="24"/>
        </w:rPr>
        <w:t>Údaje zákazníka</w:t>
      </w:r>
    </w:p>
    <w:p>
      <w:r>
        <w:t>Jméno a příjmení: ______________________________________________</w:t>
      </w:r>
    </w:p>
    <w:p>
      <w:r>
        <w:t>Adresa: ______________________________________________</w:t>
      </w:r>
    </w:p>
    <w:p>
      <w:r>
        <w:t>E-mail: ______________________________________________</w:t>
      </w:r>
    </w:p>
    <w:p>
      <w:r>
        <w:t>Telefon: ______________________________________________</w:t>
      </w:r>
    </w:p>
    <w:p/>
    <w:p>
      <w:r>
        <w:rPr>
          <w:b/>
          <w:sz w:val="24"/>
        </w:rPr>
        <w:t>Vrácení peněz</w:t>
      </w:r>
    </w:p>
    <w:p>
      <w:r>
        <w:t>Pokud má být částka vrácena na bankovní účet:</w:t>
      </w:r>
    </w:p>
    <w:p>
      <w:r>
        <w:t>Číslo účtu / IBAN: ____________________________________________</w:t>
      </w:r>
    </w:p>
    <w:p/>
    <w:p>
      <w:r>
        <w:rPr>
          <w:b/>
          <w:sz w:val="24"/>
        </w:rPr>
        <w:t>Datum a podpis</w:t>
      </w:r>
    </w:p>
    <w:p>
      <w:r>
        <w:t>Datum: ____________________    Podpis: ______________________________</w:t>
      </w:r>
    </w:p>
    <w:p/>
    <w:p>
      <w:r>
        <w:t>Vyplněný formulář můžete zaslat e-mailem na obchod@zero-elektro.com nebo jej přiložit k vracenému zboží.</w:t>
      </w:r>
    </w:p>
    <w:p>
      <w:r>
        <w:t>Podpis je vyžadován pouze při zaslání formuláře v listinné podobě.</w:t>
      </w:r>
    </w:p>
    <w:p>
      <w:r>
        <w:t>ZE-RO LTD s.r.o. | ZE-RO elektro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